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AE2E" w14:textId="77777777" w:rsidR="00F13BB0" w:rsidRDefault="003173A9">
      <w:pPr>
        <w:jc w:val="center"/>
      </w:pPr>
      <w:r>
        <w:rPr>
          <w:noProof/>
        </w:rPr>
        <w:drawing>
          <wp:inline distT="0" distB="0" distL="0" distR="0" wp14:anchorId="7BAB847D" wp14:editId="7E069D7A">
            <wp:extent cx="640080" cy="844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0FE10" w14:textId="77777777" w:rsidR="00F13BB0" w:rsidRDefault="003173A9">
      <w:pPr>
        <w:jc w:val="center"/>
      </w:pPr>
      <w:r>
        <w:rPr>
          <w:b/>
          <w:sz w:val="28"/>
        </w:rPr>
        <w:t>РЕПУБЛИКА СЕВЕРНА МАКЕДОНИЈА</w:t>
      </w:r>
      <w:r>
        <w:rPr>
          <w:b/>
          <w:sz w:val="28"/>
        </w:rPr>
        <w:br/>
        <w:t>ОПШТИНА БИТОЛА</w:t>
      </w:r>
    </w:p>
    <w:p w14:paraId="7B5FA678" w14:textId="77777777" w:rsidR="00F13BB0" w:rsidRDefault="00F13BB0"/>
    <w:p w14:paraId="1F8230C6" w14:textId="77777777" w:rsidR="00F13BB0" w:rsidRDefault="003173A9">
      <w:pPr>
        <w:jc w:val="center"/>
      </w:pPr>
      <w:r>
        <w:rPr>
          <w:b/>
          <w:sz w:val="30"/>
        </w:rPr>
        <w:t>ИЗЈАВА</w:t>
      </w:r>
      <w:r>
        <w:rPr>
          <w:b/>
          <w:sz w:val="30"/>
        </w:rPr>
        <w:br/>
        <w:t>за доверливост и заштита на личните податоци</w:t>
      </w:r>
      <w:r>
        <w:rPr>
          <w:b/>
          <w:sz w:val="30"/>
        </w:rPr>
        <w:br/>
        <w:t>обработени преку системот за видео надзор</w:t>
      </w:r>
    </w:p>
    <w:p w14:paraId="6095D40D" w14:textId="77777777" w:rsidR="00F13BB0" w:rsidRDefault="003173A9">
      <w:r>
        <w:t>Врз основа на Законот за заштита на личните податоци, Правилникот за безбедност на обработката на личните податоци и интерните акти на Општина Битола, јас:</w:t>
      </w:r>
    </w:p>
    <w:p w14:paraId="6EF4D26F" w14:textId="77777777" w:rsidR="00F13BB0" w:rsidRDefault="003173A9">
      <w:r>
        <w:t>Име и презиме: ________________________________</w:t>
      </w:r>
    </w:p>
    <w:p w14:paraId="4139D2C0" w14:textId="77777777" w:rsidR="00F13BB0" w:rsidRDefault="003173A9">
      <w:r>
        <w:t>Работно место: ________________________________</w:t>
      </w:r>
    </w:p>
    <w:p w14:paraId="3D0C835A" w14:textId="77777777" w:rsidR="00F13BB0" w:rsidRDefault="003173A9">
      <w:proofErr w:type="spellStart"/>
      <w:r>
        <w:t>Изјавувам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>:</w:t>
      </w:r>
    </w:p>
    <w:p w14:paraId="2417F661" w14:textId="77777777" w:rsidR="00F13BB0" w:rsidRDefault="003173A9">
      <w:pPr>
        <w:spacing w:after="0" w:line="240" w:lineRule="auto"/>
      </w:pPr>
      <w:r>
        <w:t>1. Ќе постапувам согласно законските и интерните правила за видео надзор.</w:t>
      </w:r>
    </w:p>
    <w:p w14:paraId="4653A32E" w14:textId="77777777" w:rsidR="00F13BB0" w:rsidRDefault="003173A9">
      <w:pPr>
        <w:spacing w:after="0" w:line="240" w:lineRule="auto"/>
      </w:pPr>
      <w:r>
        <w:t>2. Видео снимките ќе ги користам исклучиво за службени цели.</w:t>
      </w:r>
    </w:p>
    <w:p w14:paraId="11A8018B" w14:textId="77777777" w:rsidR="00F13BB0" w:rsidRDefault="003173A9">
      <w:pPr>
        <w:spacing w:after="0" w:line="240" w:lineRule="auto"/>
      </w:pPr>
      <w:r>
        <w:t>3. Ќе ја чувам доверливоста на сите лични податоци и видео снимки.</w:t>
      </w:r>
    </w:p>
    <w:p w14:paraId="754FDF33" w14:textId="77777777" w:rsidR="00F13BB0" w:rsidRDefault="003173A9">
      <w:pPr>
        <w:spacing w:after="0" w:line="240" w:lineRule="auto"/>
      </w:pPr>
      <w:r>
        <w:t>4. Нема да овозможам неовластен пристап, копирање или откривање на снимки.</w:t>
      </w:r>
    </w:p>
    <w:p w14:paraId="1432A017" w14:textId="77777777" w:rsidR="00F13BB0" w:rsidRDefault="003173A9">
      <w:pPr>
        <w:spacing w:after="0" w:line="240" w:lineRule="auto"/>
      </w:pPr>
      <w:r>
        <w:t>5. Ќе ги применувам техничките и организациските мерки за заштита.</w:t>
      </w:r>
    </w:p>
    <w:p w14:paraId="75344FDE" w14:textId="77777777" w:rsidR="00F13BB0" w:rsidRDefault="003173A9">
      <w:pPr>
        <w:spacing w:after="0" w:line="240" w:lineRule="auto"/>
      </w:pPr>
      <w:r>
        <w:t>6. Веднаш ќе пријавам секој безбедносен инцидент.</w:t>
      </w:r>
    </w:p>
    <w:p w14:paraId="72E8FCB8" w14:textId="77777777" w:rsidR="00F13BB0" w:rsidRDefault="003173A9">
      <w:pPr>
        <w:spacing w:after="0" w:line="240" w:lineRule="auto"/>
      </w:pPr>
      <w:r>
        <w:t>7. Нема да ги користам снимките за приватни или неовластени цели.</w:t>
      </w:r>
    </w:p>
    <w:p w14:paraId="6F340F75" w14:textId="77777777" w:rsidR="00F13BB0" w:rsidRDefault="003173A9">
      <w:pPr>
        <w:spacing w:after="0" w:line="240" w:lineRule="auto"/>
      </w:pPr>
      <w:r>
        <w:t>8. Свесен/свесна сум за законската одговорност при непочитување на оваа изјава.</w:t>
      </w:r>
    </w:p>
    <w:p w14:paraId="3B41FC02" w14:textId="77777777" w:rsidR="00F13BB0" w:rsidRDefault="003173A9">
      <w:pPr>
        <w:spacing w:after="0" w:line="240" w:lineRule="auto"/>
      </w:pPr>
      <w:r>
        <w:t>9. Обврската за доверливост продолжува и по престанокот на работниот однос.</w:t>
      </w:r>
    </w:p>
    <w:p w14:paraId="6D6D9FFB" w14:textId="77777777" w:rsidR="00F13BB0" w:rsidRDefault="003173A9">
      <w:r>
        <w:br/>
        <w:t>Со потписот потврдувам дека сум запознаен/а со моите права, обврски и одговорности.</w:t>
      </w:r>
    </w:p>
    <w:p w14:paraId="219F566C" w14:textId="38169FCA" w:rsidR="00F13BB0" w:rsidRPr="00F70707" w:rsidRDefault="003173A9">
      <w:pPr>
        <w:rPr>
          <w:lang w:val="mk-MK"/>
        </w:rPr>
      </w:pPr>
      <w:proofErr w:type="spellStart"/>
      <w:r>
        <w:t>Изготвил</w:t>
      </w:r>
      <w:proofErr w:type="spellEnd"/>
      <w:r>
        <w:t>:</w:t>
      </w:r>
      <w:r>
        <w:br/>
      </w:r>
      <w:proofErr w:type="spellStart"/>
      <w:r>
        <w:t>Офицер</w:t>
      </w:r>
      <w:proofErr w:type="spellEnd"/>
      <w:r>
        <w:t xml:space="preserve"> за </w:t>
      </w:r>
      <w:proofErr w:type="spellStart"/>
      <w:r>
        <w:t>заштита</w:t>
      </w:r>
      <w:proofErr w:type="spellEnd"/>
      <w:r>
        <w:t xml:space="preserve">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br/>
        <w:t>________________________</w:t>
      </w:r>
      <w:r>
        <w:br/>
        <w:t>Душко Јовановски</w:t>
      </w:r>
      <w:r w:rsidR="00F70707">
        <w:rPr>
          <w:lang w:val="mk-MK"/>
        </w:rPr>
        <w:t xml:space="preserve">                                                 </w:t>
      </w:r>
    </w:p>
    <w:p w14:paraId="746E0DE2" w14:textId="4B22E775" w:rsidR="00F13BB0" w:rsidRPr="00F70707" w:rsidRDefault="003173A9">
      <w:proofErr w:type="spellStart"/>
      <w:r>
        <w:t>Место</w:t>
      </w:r>
      <w:proofErr w:type="spellEnd"/>
      <w:r>
        <w:t>: ____________________</w:t>
      </w:r>
      <w:r w:rsidR="00F70707">
        <w:rPr>
          <w:lang w:val="mk-MK"/>
        </w:rPr>
        <w:t xml:space="preserve">                                                  Потпис            </w:t>
      </w:r>
      <w:r>
        <w:br/>
      </w:r>
      <w:proofErr w:type="spellStart"/>
      <w:r>
        <w:t>Датум</w:t>
      </w:r>
      <w:proofErr w:type="spellEnd"/>
      <w:r>
        <w:t>: ____________________</w:t>
      </w:r>
      <w:r w:rsidR="00F70707">
        <w:rPr>
          <w:lang w:val="mk-MK"/>
        </w:rPr>
        <w:t xml:space="preserve">                                    </w:t>
      </w:r>
      <w:r w:rsidR="00F70707">
        <w:t>__________________________</w:t>
      </w:r>
    </w:p>
    <w:p w14:paraId="3D179E7F" w14:textId="77777777" w:rsidR="00F13BB0" w:rsidRDefault="00F13BB0"/>
    <w:p w14:paraId="4E2850AB" w14:textId="3C695F3E" w:rsidR="00F13BB0" w:rsidRDefault="003173A9">
      <w:pPr>
        <w:jc w:val="right"/>
      </w:pPr>
      <w:r>
        <w:lastRenderedPageBreak/>
        <w:br/>
      </w:r>
      <w:r>
        <w:br/>
      </w:r>
    </w:p>
    <w:sectPr w:rsidR="00F13BB0" w:rsidSect="00034616">
      <w:pgSz w:w="12240" w:h="15840"/>
      <w:pgMar w:top="1000" w:right="1800" w:bottom="10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537921">
    <w:abstractNumId w:val="8"/>
  </w:num>
  <w:num w:numId="2" w16cid:durableId="1529752559">
    <w:abstractNumId w:val="6"/>
  </w:num>
  <w:num w:numId="3" w16cid:durableId="1607738339">
    <w:abstractNumId w:val="5"/>
  </w:num>
  <w:num w:numId="4" w16cid:durableId="1509556696">
    <w:abstractNumId w:val="4"/>
  </w:num>
  <w:num w:numId="5" w16cid:durableId="1309438363">
    <w:abstractNumId w:val="7"/>
  </w:num>
  <w:num w:numId="6" w16cid:durableId="1684819203">
    <w:abstractNumId w:val="3"/>
  </w:num>
  <w:num w:numId="7" w16cid:durableId="32193698">
    <w:abstractNumId w:val="2"/>
  </w:num>
  <w:num w:numId="8" w16cid:durableId="603734060">
    <w:abstractNumId w:val="1"/>
  </w:num>
  <w:num w:numId="9" w16cid:durableId="70549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783C"/>
    <w:rsid w:val="0029639D"/>
    <w:rsid w:val="003173A9"/>
    <w:rsid w:val="00326F90"/>
    <w:rsid w:val="00AA1D8D"/>
    <w:rsid w:val="00B47730"/>
    <w:rsid w:val="00B56ED8"/>
    <w:rsid w:val="00CB0664"/>
    <w:rsid w:val="00DD5760"/>
    <w:rsid w:val="00F13BB0"/>
    <w:rsid w:val="00F707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8FBAB"/>
  <w14:defaultImageDpi w14:val="300"/>
  <w15:docId w15:val="{56E5E646-2DE7-4C85-A6C3-7751777C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Цветанка Ристевска</cp:lastModifiedBy>
  <cp:revision>2</cp:revision>
  <dcterms:created xsi:type="dcterms:W3CDTF">2026-08-31T10:30:00Z</dcterms:created>
  <dcterms:modified xsi:type="dcterms:W3CDTF">2026-08-31T10:30:00Z</dcterms:modified>
  <cp:category/>
</cp:coreProperties>
</file>